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איזו מילת שאלה מתאימה לתשובה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אֵיזֶה, אֵיזוֹ ואֵילוּ לפי זכר, נקבה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שאלה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השאלה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אֵיזוֹ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אֵילוּ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אֵיזוֹ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אֵיזֶה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אֵיפֹה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מִי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מילת שאלה לסוג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איזה מתאים לזכר יחיד, למשל איזה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איזו מתאים לנקבה יחיד, למשל איזו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אילו משמש לרבים, למשל אילו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משמש לשאלה על אדם, איפה משמש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עם מילת השאלה מי, למשל: מי שיחק בכדורסל?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הגיונית עם מילת השאלה איפה, מתאימה למקום בבית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איזה לזכר יחיד, איזו לנקבה 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שואל על אדם, מה שואל על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כרטיסיות עם מילות השאלה ולבקש מהתלמידים למיין תשובות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את ההבדל בין אילו/איזה/איזו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ולהשמיט את הפריטים המסומנים לקושי לתלמידים בחינוך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שאלה יש מילת שאלה שעוזרת לדעת איזה מידע מחפשים – אדם, דבר, מקום או זמן. בדף הזה נתרגל לבחור את מילת השאלה הנכונה לפי התשובה.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מילת השאלה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___ החלטה קיבלה מועצת התלמידים? (תשובה: לארגן יריד ספרים)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אֵיזֶה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אֵיזוֹ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אֵילוּ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___ ספרים קראתם בקיץ? (תשובה: קראנו ספרי הרפתקאות)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אֵיזֶה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אֵיזוֹ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אֵילוּ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מָתַי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___ מורה מלמדת אתכם מתמטיקה? (תשובה: המורה רונית)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אֵיזֶה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אֵיזוֹ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אֵילוּ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___ ילד שכח את התיק בכיתה? (תשובה: דני שכח)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אֵיזֶה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אֵיזוֹ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אֵילוּ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אֵיפֹה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___ יושבת החתולה? (תשובה: על הספה)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אֵיפֹה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מָתַי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___ ניצח במשחק הכדורסל? (תשובה: דני אבדיה)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אֵיפֹה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כַּמָּה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אתם גרים? (תשובה: ברחוב הדקל 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השיעור הבא? (תשובה: בשעה עשר)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ספר אהבת לקרוא? (תשובה: הרפתקאות הארי פוטר)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חברות באו למסיבה? (תשובה: דנה, מאיה ורוני)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ניצחה בתחרות הריצה? (תשובה: נועה)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מילת שאלה לסוג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המילה 'איזה' משתמשים כששואלים על מילה בזכר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המילה 'איזו' משתמשים כששואלים על מילה בנקבה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המילה 'אילו' משתמשים כששואלים על דבר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המילה 'מי' משתמשים כששואלים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מילת השאלה 'מי' שתתאים לתשובה: דני אבדיה שיחק בכדורסל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עם מילת השאלה 'איפה' על מקום בבית הספר שאתם אוהבים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במילה 'איזה' ומתי במילה 'איזו'?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למילת שאלה ששואלת על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המילים 'מי' ו'מה'?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