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מילת שאלה מתאימה לתשובה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אֵיזֶה, אֵיזוֹ ואֵילוּ לפי זכר, נקבה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שאלה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אֵיזוֹ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אֵילוּ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אֵיזוֹ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אֵיזֶה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אֵיפֹה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איזה מתאים לזכר יחיד, למשל איזה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איזו מתאים לנקבה יחיד, למשל איזו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אילו משמש לרבים, למשל אילו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משמש לשאלה על אדם, איפה משמש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מילת השאלה מי, למשל: מי שיחק בכדורסל?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עם מילת השאלה איפה, מתאימה למקום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איזה לזכר יחיד, איזו לנקבה 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שואל על אדם, מה שואל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כרטיסיות עם מילות השאלה ולבקש מהתלמידים למיין תשובות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ההבדל בין אילו/איזה/איזו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ולהשמיט את הפריטים המסומנים לקושי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שעוזרות לשאול שאלות, כמו מי, מה ואיפה. נלמד לבחור את המילה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מָתַי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אֵיזֶה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בזכר יחיד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אֵיזוֹ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בנקבה יחיד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אֵילוּ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דברים ברבים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לפני המילה 'החלטה'?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כששואלים על כמה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מָתַי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לפני המילה 'מורה'?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לפני המילה 'ילד'?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אֵיפֹה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מָתַי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שואלת על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כַּמָּה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אתם גרים? (תשובה: ברחוב הדקל 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השיעור הבא? (תשובה: בשעה עשר)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ספר אהבת לקרוא? (תשובה: הרפתקאות הארי פוטר)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חברות באו למסיבה? (תשובה: דנה, מאיה ורוני)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ניצחה בתחרות הריצה? (תשובה: נועה)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'איזה' משתמשים כששואלים על מילה בזכר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'איזו' משתמשים כששואלים על מילה בנקבה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'אילו' משתמשים כששואלים על דבר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'מי' משתמשים כששואלים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מילת השאלה 'מי' שתתאים לתשובה: דני אבדיה שיחק בכדורסל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מילת השאלה 'איפה' על מקום בבית הספר שאתם אוהבים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במילה 'איזה' ומתי במילה 'איזו'?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למילת שאלה ששואלת על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המילים 'מי' ו'מה'?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