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מילת שאלה מתאימה לתשובה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אֵיזֶה, אֵיזוֹ ואֵילוּ לפי זכר, נקבה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אֵיזֶה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אֵיפֹה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איזה מתאים לזכר יחיד, למשל איזה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 משמש לשאלה על אדם, איפה משמש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מילת השאלה מי, למשל: מי שיחק בכדורסל?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מילת השאלה איפה, מתאימה למקום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 יחיד, איזו לנקבה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 על אדם, מה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מילות השאלה ולבקש מהתלמידים למיין תשובות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ההבדל בין אילו/איזה/איזו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ולהשמיט את הפריטים המסומנים לקושי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שאלה יש מילת שאלה שעוזרת לדעת איזה מידע מחפשים – אדם, דבר, מקום או זמן. בדף הזה נתרגל לבחור את מילת השאלה הנכונה לפי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איפה  ·  מתי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ילד שכח את התיק בכיתה? (תשובה: דני שכח)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יושבת החתולה? (תשובה: על הספה)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אֵיפֹה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אתם גרים? (תשובה: ברחוב הדקל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השיעור הבא? (תשובה: בשעה עשר)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המילה 'איזה' משתמשים כששואלים על מילה בזכר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המילה 'מי' משתמשים כששואלים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עם מילת השאלה 'מי' שתתאים לתשובה: דני אבדיה שיחק בכדורסל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עם מילת השאלה 'איפה' על מקום בבית הספר שאתם אוהבים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במילה 'איזה' ומתי במילה 'איזו'?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